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7040880" cy="911736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mbership For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1736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